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20B7A" w14:textId="45EC6721" w:rsidR="00027C33" w:rsidRPr="00F50E93" w:rsidRDefault="00556566" w:rsidP="00900D3B">
      <w:pPr>
        <w:spacing w:after="80"/>
        <w:jc w:val="center"/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</w:pPr>
      <w:r w:rsidRPr="00F50E93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澳門社區行動方案創新大賽</w:t>
      </w:r>
      <w:r w:rsidRPr="00F50E93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br/>
      </w:r>
      <w:r w:rsidR="0034000F" w:rsidRPr="00F50E93">
        <w:rPr>
          <w:rFonts w:ascii="新細明體" w:eastAsia="新細明體" w:hAnsi="新細明體" w:cs="Times New Roman" w:hint="eastAsia"/>
          <w:b/>
          <w:color w:val="000000" w:themeColor="text1"/>
          <w:sz w:val="24"/>
          <w:szCs w:val="24"/>
          <w:lang w:eastAsia="zh-TW"/>
        </w:rPr>
        <w:t>公開</w:t>
      </w:r>
      <w:r w:rsidRPr="00F50E93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組</w:t>
      </w:r>
      <w:bookmarkStart w:id="0" w:name="_GoBack"/>
      <w:bookmarkEnd w:id="0"/>
      <w:r w:rsidR="00900D3B" w:rsidRPr="00F50E93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報名表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027C33" w:rsidRPr="00900D3B" w14:paraId="27AA2AE8" w14:textId="77777777">
        <w:trPr>
          <w:jc w:val="center"/>
        </w:trPr>
        <w:tc>
          <w:tcPr>
            <w:tcW w:w="9360" w:type="dxa"/>
            <w:tcBorders>
              <w:left w:val="single" w:sz="24" w:space="0" w:color="003366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1EF1E9D" w14:textId="77777777" w:rsidR="00027C33" w:rsidRPr="00F50E93" w:rsidRDefault="00556566">
            <w:pPr>
              <w:spacing w:before="40" w:after="40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50E93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【填表須知】</w:t>
            </w:r>
          </w:p>
          <w:p w14:paraId="6D7637F6" w14:textId="44CB2016" w:rsidR="00027C33" w:rsidRPr="00F50E93" w:rsidRDefault="00556566">
            <w:pPr>
              <w:spacing w:before="40" w:after="40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50E93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1. 參賽者須以小組形式報名，每組人數為2至5</w:t>
            </w:r>
            <w:r w:rsidR="00F50E93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人</w:t>
            </w:r>
            <w:r w:rsidRPr="00F50E93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。每隊須指定一名隊長作為主要聯絡人。</w:t>
            </w:r>
          </w:p>
          <w:p w14:paraId="6B4DCAC8" w14:textId="34250A4B" w:rsidR="00027C33" w:rsidRPr="00F50E93" w:rsidRDefault="00556566">
            <w:pPr>
              <w:spacing w:before="40" w:after="40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50E93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2. 參賽資格：須為澳門居民，</w:t>
            </w:r>
            <w:r w:rsidR="0034000F" w:rsidRPr="00F50E93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且年齡介乎12至35歲。</w:t>
            </w:r>
          </w:p>
          <w:p w14:paraId="22694295" w14:textId="5EED9B1D" w:rsidR="00027C33" w:rsidRPr="00F50E93" w:rsidRDefault="00556566">
            <w:pPr>
              <w:spacing w:before="40" w:after="40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50E93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3. 截止日期：即日起至 2026 年 10 月 23 日下午 6 時止。</w:t>
            </w:r>
          </w:p>
          <w:p w14:paraId="3B2C2592" w14:textId="088C80B8" w:rsidR="00027C33" w:rsidRPr="00900D3B" w:rsidRDefault="00556566" w:rsidP="00F50E93">
            <w:pPr>
              <w:spacing w:before="40" w:after="40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F50E93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4. 遞交方式：請將填妥之報名表</w:t>
            </w:r>
            <w:r w:rsidR="00F50E93" w:rsidRPr="00F50E93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電郵至commuaction2026@gmail.com</w:t>
            </w:r>
            <w:r w:rsidRPr="00F50E93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。</w:t>
            </w:r>
          </w:p>
        </w:tc>
      </w:tr>
    </w:tbl>
    <w:p w14:paraId="4FE5C6CB" w14:textId="1A3936A4" w:rsidR="00F50E93" w:rsidRPr="00D40A00" w:rsidRDefault="00F50E93" w:rsidP="00F50E93">
      <w:pPr>
        <w:keepNext/>
        <w:spacing w:before="320" w:after="12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一、隊伍及參賽議題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880"/>
        <w:gridCol w:w="1728"/>
        <w:gridCol w:w="2880"/>
      </w:tblGrid>
      <w:tr w:rsidR="00F50E93" w:rsidRPr="00D40A00" w14:paraId="0DA90F3B" w14:textId="77777777" w:rsidTr="00F50E93">
        <w:trPr>
          <w:trHeight w:val="113"/>
          <w:jc w:val="center"/>
        </w:trPr>
        <w:tc>
          <w:tcPr>
            <w:tcW w:w="1872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082AE5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隊伍名稱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62622A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5CD055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參賽組別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B11615" w14:textId="3C8A83B3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HK"/>
              </w:rPr>
              <w:t>公開</w:t>
            </w: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  <w:t>組</w:t>
            </w:r>
          </w:p>
        </w:tc>
      </w:tr>
      <w:tr w:rsidR="00F50E93" w:rsidRPr="00D40A00" w14:paraId="632EADEC" w14:textId="77777777" w:rsidTr="00F50E93">
        <w:trPr>
          <w:trHeight w:val="113"/>
          <w:jc w:val="center"/>
        </w:trPr>
        <w:tc>
          <w:tcPr>
            <w:tcW w:w="1872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B9F79E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選擇議題</w:t>
            </w:r>
            <w:r w:rsidRPr="00D40A00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7488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5D302E" w14:textId="77777777" w:rsidR="00F50E93" w:rsidRPr="00D40A00" w:rsidRDefault="00F50E93" w:rsidP="009B66BD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□</w:t>
            </w:r>
            <w:r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Pr="00D40A00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都市更新與社區活力（街市活化、舊區活化）</w:t>
            </w:r>
          </w:p>
          <w:p w14:paraId="380E2F00" w14:textId="77777777" w:rsidR="00F50E93" w:rsidRPr="00D40A00" w:rsidRDefault="00F50E93" w:rsidP="009B66BD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□ 文化傳承與社區共融（澳門非遺、社區長者服務）</w:t>
            </w:r>
          </w:p>
          <w:p w14:paraId="132DE81F" w14:textId="77777777" w:rsidR="00F50E93" w:rsidRPr="00D40A00" w:rsidRDefault="00F50E93" w:rsidP="009B66BD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□ 智慧旅遊與城市承載力（低空經濟、旅遊承載力）</w:t>
            </w:r>
          </w:p>
        </w:tc>
      </w:tr>
      <w:tr w:rsidR="00F50E93" w:rsidRPr="00D40A00" w14:paraId="4FE82AFA" w14:textId="77777777" w:rsidTr="00F50E93">
        <w:trPr>
          <w:trHeight w:val="113"/>
          <w:jc w:val="center"/>
        </w:trPr>
        <w:tc>
          <w:tcPr>
            <w:tcW w:w="1872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D32D93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作品名稱</w:t>
            </w:r>
          </w:p>
        </w:tc>
        <w:tc>
          <w:tcPr>
            <w:tcW w:w="7488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881707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6B97E664" w14:textId="77777777" w:rsidR="00F50E93" w:rsidRPr="00D40A00" w:rsidRDefault="00F50E93" w:rsidP="00F50E93">
      <w:pPr>
        <w:spacing w:after="120"/>
        <w:rPr>
          <w:rFonts w:ascii="新細明體" w:eastAsia="新細明體" w:hAnsi="新細明體" w:cs="Times New Roman"/>
          <w:color w:val="000000" w:themeColor="text1"/>
          <w:sz w:val="20"/>
          <w:szCs w:val="20"/>
          <w:lang w:eastAsia="zh-TW"/>
        </w:rPr>
      </w:pP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TW"/>
        </w:rPr>
        <w:t>*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每個議題有兩個方向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TW"/>
        </w:rPr>
        <w:t>，參賽隊伍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只可以選擇</w:t>
      </w:r>
      <w:r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一個議題中的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其中一個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TW"/>
        </w:rPr>
        <w:t>方向，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HK"/>
        </w:rPr>
        <w:t>詳見章程</w:t>
      </w:r>
      <w:r w:rsidRPr="00D40A00">
        <w:rPr>
          <w:rFonts w:ascii="新細明體" w:eastAsia="新細明體" w:hAnsi="新細明體" w:cs="Times New Roman" w:hint="eastAsia"/>
          <w:color w:val="000000" w:themeColor="text1"/>
          <w:sz w:val="20"/>
          <w:szCs w:val="20"/>
          <w:lang w:eastAsia="zh-TW"/>
        </w:rPr>
        <w:t>。</w:t>
      </w:r>
    </w:p>
    <w:p w14:paraId="3D6E8A88" w14:textId="77777777" w:rsidR="00F50E93" w:rsidRPr="00D40A00" w:rsidRDefault="00F50E93" w:rsidP="00F50E93">
      <w:pPr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 w:rsidRPr="00D40A00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二、參賽成員資料</w:t>
      </w:r>
    </w:p>
    <w:p w14:paraId="54C55527" w14:textId="77777777" w:rsidR="00F50E93" w:rsidRPr="00D40A00" w:rsidRDefault="00F50E93" w:rsidP="00F50E93">
      <w:pPr>
        <w:keepNext/>
        <w:spacing w:before="160" w:after="8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 w:rsidRPr="00D40A00"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【隊長資料】 (主要聯絡人)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880"/>
        <w:gridCol w:w="1872"/>
        <w:gridCol w:w="2880"/>
      </w:tblGrid>
      <w:tr w:rsidR="00F50E93" w:rsidRPr="00D40A00" w14:paraId="1D3B5270" w14:textId="77777777" w:rsidTr="009B66BD">
        <w:trPr>
          <w:trHeight w:val="113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09987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EE9A25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C6FEF" w14:textId="4E065D0C" w:rsidR="00F50E93" w:rsidRPr="00F50E93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F50E93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年齡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7EEC48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F50E93" w:rsidRPr="00D40A00" w14:paraId="55D7CA03" w14:textId="77777777" w:rsidTr="009B66BD">
        <w:trPr>
          <w:trHeight w:val="113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642B8" w14:textId="05F1949D" w:rsidR="00F50E93" w:rsidRPr="00E52056" w:rsidRDefault="00556566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外文姓名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A50E1" w14:textId="77777777" w:rsidR="00F50E93" w:rsidRPr="00D40A00" w:rsidRDefault="00F50E93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8D9EE2" w14:textId="71C0F0ED" w:rsidR="00F50E93" w:rsidRPr="00E52056" w:rsidRDefault="00556566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學歷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50119" w14:textId="77777777" w:rsidR="00F50E93" w:rsidRPr="00D40A00" w:rsidRDefault="00F50E93" w:rsidP="009B66BD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556566" w:rsidRPr="00D40A00" w14:paraId="58413F43" w14:textId="77777777" w:rsidTr="009B66BD">
        <w:trPr>
          <w:trHeight w:val="113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49DB8" w14:textId="1F4D1BA9" w:rsidR="00556566" w:rsidRPr="00E52056" w:rsidRDefault="00556566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聯繫</w:t>
            </w:r>
            <w:r w:rsidRPr="00E52056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電話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E38725" w14:textId="77777777" w:rsidR="00556566" w:rsidRPr="00D40A00" w:rsidRDefault="00556566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44E1E" w14:textId="625982E9" w:rsidR="00556566" w:rsidRPr="00E52056" w:rsidRDefault="00556566" w:rsidP="009B66BD">
            <w:pPr>
              <w:spacing w:after="0" w:line="240" w:lineRule="auto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電郵</w:t>
            </w: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地址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586CE" w14:textId="77777777" w:rsidR="00556566" w:rsidRPr="00D40A00" w:rsidRDefault="00556566" w:rsidP="009B66BD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26DBC31" w14:textId="77777777" w:rsidR="00F50E93" w:rsidRPr="00D40A00" w:rsidRDefault="00F50E93" w:rsidP="00F50E93">
      <w:pPr>
        <w:keepNext/>
        <w:spacing w:before="160" w:after="8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>
        <w:rPr>
          <w:rFonts w:ascii="新細明體" w:eastAsia="新細明體" w:hAnsi="新細明體" w:cs="Times New Roman"/>
          <w:b/>
          <w:color w:val="000000" w:themeColor="text1"/>
          <w:sz w:val="24"/>
          <w:szCs w:val="24"/>
        </w:rPr>
        <w:t>【隊員</w:t>
      </w:r>
      <w:r w:rsidRPr="00D40A00">
        <w:rPr>
          <w:rFonts w:ascii="新細明體" w:eastAsia="新細明體" w:hAnsi="新細明體" w:cs="Times New Roman"/>
          <w:b/>
          <w:color w:val="000000" w:themeColor="text1"/>
          <w:sz w:val="24"/>
          <w:szCs w:val="24"/>
        </w:rPr>
        <w:t xml:space="preserve">資料】 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880"/>
        <w:gridCol w:w="1872"/>
        <w:gridCol w:w="2880"/>
      </w:tblGrid>
      <w:tr w:rsidR="00F50E93" w:rsidRPr="00D40A00" w14:paraId="7059D263" w14:textId="77777777" w:rsidTr="00556566">
        <w:trPr>
          <w:trHeight w:val="170"/>
          <w:jc w:val="center"/>
        </w:trPr>
        <w:tc>
          <w:tcPr>
            <w:tcW w:w="9360" w:type="dxa"/>
            <w:gridSpan w:val="4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97B3E" w14:textId="77777777" w:rsidR="00F50E93" w:rsidRPr="00E52056" w:rsidRDefault="00F50E93" w:rsidP="009B66BD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隊員一</w:t>
            </w:r>
          </w:p>
        </w:tc>
      </w:tr>
      <w:tr w:rsidR="00F50E93" w:rsidRPr="00D40A00" w14:paraId="740DD885" w14:textId="77777777" w:rsidTr="00556566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90A23" w14:textId="77777777" w:rsidR="00F50E93" w:rsidRPr="00D40A00" w:rsidRDefault="00F50E93" w:rsidP="009B66BD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6C964" w14:textId="77777777" w:rsidR="00F50E93" w:rsidRPr="00D40A00" w:rsidRDefault="00F50E93" w:rsidP="009B66BD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8D1A7" w14:textId="3CC609DC" w:rsidR="00F50E93" w:rsidRDefault="00F50E93" w:rsidP="009B66BD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F50E93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年齡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FC2B7" w14:textId="77777777" w:rsidR="00F50E93" w:rsidRPr="00D40A00" w:rsidRDefault="00F50E93" w:rsidP="009B66BD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556566" w:rsidRPr="00D40A00" w14:paraId="6690A79D" w14:textId="77777777" w:rsidTr="00556566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4B9D5" w14:textId="078FE0C0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外文姓名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9FD84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F8254" w14:textId="35ADE6F0" w:rsidR="00556566" w:rsidRPr="00F50E93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學歷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78E08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556566" w:rsidRPr="00D40A00" w14:paraId="55A2B204" w14:textId="77777777" w:rsidTr="00556566">
        <w:trPr>
          <w:trHeight w:val="170"/>
          <w:jc w:val="center"/>
        </w:trPr>
        <w:tc>
          <w:tcPr>
            <w:tcW w:w="9360" w:type="dxa"/>
            <w:gridSpan w:val="4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3851B0" w14:textId="77777777" w:rsidR="00556566" w:rsidRPr="00E52056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隊員二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(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倘有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)</w:t>
            </w:r>
          </w:p>
        </w:tc>
      </w:tr>
      <w:tr w:rsidR="00556566" w:rsidRPr="00D40A00" w14:paraId="6597B333" w14:textId="77777777" w:rsidTr="00556566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941E90" w14:textId="77777777" w:rsidR="00556566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575B9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1F3E7" w14:textId="6C3EB9C4" w:rsidR="00556566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F50E93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年齡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6B983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556566" w:rsidRPr="00D40A00" w14:paraId="6A190125" w14:textId="77777777" w:rsidTr="00556566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A7B94" w14:textId="3385AB63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lastRenderedPageBreak/>
              <w:t>外文姓名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3BB2D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08217" w14:textId="2A0CBFAC" w:rsidR="00556566" w:rsidRPr="00F50E93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學歷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3B96E7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556566" w:rsidRPr="00D40A00" w14:paraId="4F6E9732" w14:textId="77777777" w:rsidTr="00556566">
        <w:trPr>
          <w:trHeight w:val="170"/>
          <w:jc w:val="center"/>
        </w:trPr>
        <w:tc>
          <w:tcPr>
            <w:tcW w:w="9360" w:type="dxa"/>
            <w:gridSpan w:val="4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C298DA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隊員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三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(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倘有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)</w:t>
            </w:r>
          </w:p>
        </w:tc>
      </w:tr>
      <w:tr w:rsidR="00556566" w:rsidRPr="00D40A00" w14:paraId="2D179696" w14:textId="77777777" w:rsidTr="00556566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AB3540" w14:textId="77777777" w:rsidR="00556566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6BB28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6BE62" w14:textId="14F3BC9A" w:rsidR="00556566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F50E93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年齡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268B3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556566" w:rsidRPr="00D40A00" w14:paraId="187EBB09" w14:textId="77777777" w:rsidTr="00556566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C2CE5" w14:textId="13E05AB3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外文姓名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633770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2B342" w14:textId="210451AE" w:rsidR="00556566" w:rsidRPr="00F50E93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學歷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3B049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556566" w:rsidRPr="00D40A00" w14:paraId="6DF237D8" w14:textId="77777777" w:rsidTr="00556566">
        <w:trPr>
          <w:trHeight w:val="170"/>
          <w:jc w:val="center"/>
        </w:trPr>
        <w:tc>
          <w:tcPr>
            <w:tcW w:w="9360" w:type="dxa"/>
            <w:gridSpan w:val="4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8C032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  <w:r w:rsidRPr="00E52056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隊員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四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(</w:t>
            </w: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倘有</w:t>
            </w: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  <w:t>)</w:t>
            </w:r>
          </w:p>
        </w:tc>
      </w:tr>
      <w:tr w:rsidR="00556566" w:rsidRPr="00D40A00" w14:paraId="3904349E" w14:textId="77777777" w:rsidTr="00556566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555913" w14:textId="77777777" w:rsidR="00556566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D40A00"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  <w:t>中文姓名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6EE44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F81AA" w14:textId="71D370C1" w:rsidR="00556566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F50E93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</w:rPr>
              <w:t>年齡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E529D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  <w:tr w:rsidR="00556566" w:rsidRPr="00D40A00" w14:paraId="6681E366" w14:textId="77777777" w:rsidTr="00556566">
        <w:trPr>
          <w:trHeight w:val="170"/>
          <w:jc w:val="center"/>
        </w:trPr>
        <w:tc>
          <w:tcPr>
            <w:tcW w:w="172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8D0FF" w14:textId="0C73CE59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外文姓名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690BF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B9526" w14:textId="51BFEA39" w:rsidR="00556566" w:rsidRPr="00F50E93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24"/>
                <w:szCs w:val="24"/>
                <w:lang w:eastAsia="zh-HK"/>
              </w:rPr>
              <w:t>學歷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25C19F" w14:textId="77777777" w:rsidR="00556566" w:rsidRPr="00D40A00" w:rsidRDefault="00556566" w:rsidP="00556566">
            <w:pPr>
              <w:spacing w:before="20" w:after="20"/>
              <w:jc w:val="center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163543B" w14:textId="77777777" w:rsidR="00F50E93" w:rsidRPr="006E1961" w:rsidRDefault="00F50E93" w:rsidP="00F50E93">
      <w:pPr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</w:pPr>
    </w:p>
    <w:p w14:paraId="0AA35C8A" w14:textId="77777777" w:rsidR="00F50E93" w:rsidRPr="00D40A00" w:rsidRDefault="00F50E93" w:rsidP="00F50E93">
      <w:pPr>
        <w:keepNext/>
        <w:spacing w:before="320" w:after="12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>
        <w:rPr>
          <w:rFonts w:ascii="新細明體" w:eastAsia="新細明體" w:hAnsi="新細明體" w:cs="Times New Roman"/>
          <w:b/>
          <w:color w:val="000000" w:themeColor="text1"/>
          <w:sz w:val="24"/>
          <w:szCs w:val="24"/>
          <w:lang w:eastAsia="zh-TW"/>
        </w:rPr>
        <w:t>三、參賽聲明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50E93" w:rsidRPr="00D40A00" w14:paraId="45197927" w14:textId="77777777" w:rsidTr="009B66BD">
        <w:trPr>
          <w:jc w:val="center"/>
        </w:trPr>
        <w:tc>
          <w:tcPr>
            <w:tcW w:w="9360" w:type="dxa"/>
            <w:tcBorders>
              <w:left w:val="single" w:sz="24" w:space="0" w:color="D9822B"/>
            </w:tcBorders>
            <w:shd w:val="clear" w:color="auto" w:fill="FAF8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821CC69" w14:textId="77777777" w:rsidR="00F50E93" w:rsidRPr="00D40A00" w:rsidRDefault="00F50E93" w:rsidP="009B66BD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1. 本隊保證上述填報之所有資料均屬實無誤，且提交之初賽</w:t>
            </w:r>
            <w:r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及決賽方案均為原創作品，絕無抄襲、剽竊或侵犯他人知識產權之行為</w:t>
            </w:r>
            <w:r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；</w:t>
            </w:r>
          </w:p>
          <w:p w14:paraId="03ABAD6B" w14:textId="77777777" w:rsidR="00F50E93" w:rsidRPr="00D40A00" w:rsidRDefault="00F50E93" w:rsidP="009B66BD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2. 本隊已充分閱讀、理解並同</w:t>
            </w:r>
            <w:r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意遵守《澳門社區行動方案創新大賽》活動章程之全部條款及評審規則</w:t>
            </w:r>
            <w:r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；</w:t>
            </w:r>
          </w:p>
          <w:p w14:paraId="6C288A1B" w14:textId="77777777" w:rsidR="00F50E93" w:rsidRPr="00D40A00" w:rsidRDefault="00F50E93" w:rsidP="009B66BD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3. 本隊同意主辦單位（澳門中華學</w:t>
            </w:r>
            <w:r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生聯合總會）保留對參賽方案之編輯、宣傳、出版、展覽及推廣使用權</w:t>
            </w:r>
            <w:r>
              <w:rPr>
                <w:rFonts w:ascii="新細明體" w:eastAsia="新細明體" w:hAnsi="新細明體" w:cs="Times New Roman" w:hint="eastAsia"/>
                <w:color w:val="000000" w:themeColor="text1"/>
                <w:sz w:val="24"/>
                <w:szCs w:val="24"/>
                <w:lang w:eastAsia="zh-TW"/>
              </w:rPr>
              <w:t>；</w:t>
            </w:r>
          </w:p>
          <w:p w14:paraId="6A471C67" w14:textId="5BE40F20" w:rsidR="00F50E93" w:rsidRPr="00D40A00" w:rsidRDefault="00F50E93" w:rsidP="009B66BD">
            <w:pPr>
              <w:spacing w:before="40" w:after="40"/>
              <w:jc w:val="both"/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40A00">
              <w:rPr>
                <w:rFonts w:ascii="新細明體" w:eastAsia="新細明體" w:hAnsi="新細明體" w:cs="Times New Roman"/>
                <w:color w:val="000000" w:themeColor="text1"/>
                <w:sz w:val="24"/>
                <w:szCs w:val="24"/>
                <w:lang w:eastAsia="zh-TW"/>
              </w:rPr>
              <w:t>4. 本隊明白並同意個人資料將按第8/2005號法律《個人資料保護法》處理，僅用於本活動聯絡、記錄及資助單位核實之用。</w:t>
            </w:r>
          </w:p>
        </w:tc>
      </w:tr>
    </w:tbl>
    <w:p w14:paraId="7D49AFEC" w14:textId="77777777" w:rsidR="00F50E93" w:rsidRPr="00D40A00" w:rsidRDefault="00F50E93" w:rsidP="00F50E93">
      <w:pPr>
        <w:spacing w:after="120"/>
        <w:rPr>
          <w:rFonts w:ascii="新細明體" w:eastAsia="新細明體" w:hAnsi="新細明體" w:cs="Times New Roman"/>
          <w:color w:val="000000" w:themeColor="text1"/>
          <w:sz w:val="24"/>
          <w:szCs w:val="24"/>
          <w:lang w:eastAsia="zh-TW"/>
        </w:rPr>
      </w:pPr>
      <w:r w:rsidRPr="00E52056">
        <w:rPr>
          <w:rFonts w:ascii="新細明體" w:eastAsia="新細明體" w:hAnsi="新細明體" w:cs="Times New Roman" w:hint="eastAsia"/>
          <w:color w:val="000000" w:themeColor="text1"/>
          <w:sz w:val="24"/>
          <w:szCs w:val="24"/>
          <w:lang w:eastAsia="zh-TW"/>
        </w:rPr>
        <w:t>□</w:t>
      </w:r>
      <w:r>
        <w:rPr>
          <w:rFonts w:ascii="新細明體" w:eastAsia="新細明體" w:hAnsi="新細明體" w:cs="Times New Roman" w:hint="eastAsia"/>
          <w:color w:val="000000" w:themeColor="text1"/>
          <w:sz w:val="24"/>
          <w:szCs w:val="24"/>
          <w:lang w:eastAsia="zh-HK"/>
        </w:rPr>
        <w:t>本隊全體參賽成員</w:t>
      </w:r>
      <w:r w:rsidRPr="00E52056">
        <w:rPr>
          <w:rFonts w:ascii="新細明體" w:eastAsia="新細明體" w:hAnsi="新細明體" w:cs="Times New Roman" w:hint="eastAsia"/>
          <w:color w:val="000000" w:themeColor="text1"/>
          <w:sz w:val="24"/>
          <w:szCs w:val="24"/>
          <w:lang w:eastAsia="zh-TW"/>
        </w:rPr>
        <w:t>已詳閱並同意上述條款及細則</w:t>
      </w:r>
      <w:r>
        <w:rPr>
          <w:rFonts w:ascii="新細明體" w:eastAsia="新細明體" w:hAnsi="新細明體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30E16A09" w14:textId="4077D2FB" w:rsidR="00900D3B" w:rsidRPr="00900D3B" w:rsidRDefault="00900D3B" w:rsidP="00F50E93">
      <w:pPr>
        <w:rPr>
          <w:rFonts w:ascii="Times New Roman" w:eastAsia="Songti TC" w:hAnsi="Times New Roman" w:cs="Times New Roman"/>
          <w:color w:val="000000" w:themeColor="text1"/>
          <w:sz w:val="20"/>
          <w:szCs w:val="20"/>
          <w:lang w:eastAsia="zh-TW"/>
        </w:rPr>
      </w:pPr>
    </w:p>
    <w:p w14:paraId="52ADB841" w14:textId="77777777" w:rsidR="00027C33" w:rsidRPr="00900D3B" w:rsidRDefault="00900D3B" w:rsidP="00900D3B">
      <w:pPr>
        <w:rPr>
          <w:rFonts w:ascii="Times New Roman" w:eastAsia="Songti TC" w:hAnsi="Times New Roman" w:cs="Times New Roman"/>
          <w:color w:val="000000" w:themeColor="text1"/>
          <w:sz w:val="20"/>
          <w:szCs w:val="20"/>
          <w:lang w:eastAsia="zh-TW"/>
        </w:rPr>
      </w:pPr>
      <w:r w:rsidRPr="00900D3B">
        <w:rPr>
          <w:rFonts w:ascii="Times New Roman" w:eastAsia="Songti TC" w:hAnsi="Times New Roman" w:cs="Times New Roman"/>
          <w:color w:val="000000" w:themeColor="text1"/>
          <w:sz w:val="20"/>
          <w:szCs w:val="20"/>
          <w:lang w:eastAsia="zh-TW"/>
        </w:rPr>
        <w:br w:type="page"/>
      </w:r>
    </w:p>
    <w:p w14:paraId="6D827F69" w14:textId="77777777" w:rsidR="00027C33" w:rsidRPr="0034000F" w:rsidRDefault="00556566">
      <w:pPr>
        <w:keepNext/>
        <w:spacing w:before="320" w:after="120"/>
        <w:rPr>
          <w:rFonts w:ascii="Times New Roman" w:eastAsia="Songti TC" w:hAnsi="Times New Roman" w:cs="Times New Roman"/>
          <w:color w:val="000000" w:themeColor="text1"/>
          <w:sz w:val="24"/>
          <w:szCs w:val="24"/>
          <w:lang w:eastAsia="zh-TW"/>
        </w:rPr>
      </w:pPr>
      <w:r w:rsidRPr="0034000F">
        <w:rPr>
          <w:rFonts w:ascii="Times New Roman" w:eastAsia="Songti TC" w:hAnsi="Times New Roman" w:cs="Times New Roman"/>
          <w:b/>
          <w:color w:val="000000" w:themeColor="text1"/>
          <w:sz w:val="24"/>
          <w:szCs w:val="24"/>
          <w:lang w:eastAsia="zh-TW"/>
        </w:rPr>
        <w:t>三、參賽聲明與同意書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027C33" w:rsidRPr="00900D3B" w14:paraId="7E304EBE" w14:textId="77777777">
        <w:trPr>
          <w:jc w:val="center"/>
        </w:trPr>
        <w:tc>
          <w:tcPr>
            <w:tcW w:w="9360" w:type="dxa"/>
            <w:tcBorders>
              <w:left w:val="single" w:sz="24" w:space="0" w:color="D9822B"/>
            </w:tcBorders>
            <w:shd w:val="clear" w:color="auto" w:fill="FAF8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25ECB44" w14:textId="77777777" w:rsidR="00027C33" w:rsidRPr="00900D3B" w:rsidRDefault="00556566">
            <w:pPr>
              <w:spacing w:before="40" w:after="40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 xml:space="preserve">1.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>本隊保證上述填報之所有資料均屬實無誤，且提交之初賽及決賽方案均為原創作品，絕無抄襲、剽竊或侵犯他人知識產權之行為。</w:t>
            </w:r>
          </w:p>
          <w:p w14:paraId="49A8CDBD" w14:textId="77777777" w:rsidR="00027C33" w:rsidRPr="00900D3B" w:rsidRDefault="00556566">
            <w:pPr>
              <w:spacing w:before="40" w:after="40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 xml:space="preserve">2.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>本隊已充分閱讀、理解並同意遵守《澳門社區行動方案創新大賽》活動章程之全部條款及評審規則。</w:t>
            </w:r>
          </w:p>
          <w:p w14:paraId="6BE9A3EC" w14:textId="77777777" w:rsidR="00027C33" w:rsidRPr="00900D3B" w:rsidRDefault="00556566">
            <w:pPr>
              <w:spacing w:before="40" w:after="40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 xml:space="preserve">3.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>本隊同意主辦單位（澳門中華學生聯合總會）保留對參賽方案之編輯、宣傳、出版、展覽及推廣使用權。</w:t>
            </w:r>
          </w:p>
          <w:p w14:paraId="7D4293E2" w14:textId="77777777" w:rsidR="00027C33" w:rsidRPr="00900D3B" w:rsidRDefault="00556566">
            <w:pPr>
              <w:spacing w:before="40" w:after="40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 xml:space="preserve">4.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>本隊明白並同意個人資料將按第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>8/2005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  <w:lang w:eastAsia="zh-TW"/>
              </w:rPr>
              <w:t>號法律《個人資料保護法》處理，僅用於本活動聯絡、記錄及資助單位（澳門基金會）核實之用。</w:t>
            </w:r>
          </w:p>
        </w:tc>
      </w:tr>
    </w:tbl>
    <w:p w14:paraId="1E49C2CA" w14:textId="77777777" w:rsidR="00027C33" w:rsidRPr="00900D3B" w:rsidRDefault="00027C33">
      <w:pPr>
        <w:spacing w:after="120"/>
        <w:rPr>
          <w:rFonts w:ascii="Times New Roman" w:eastAsia="Songti TC" w:hAnsi="Times New Roman" w:cs="Times New Roman"/>
          <w:color w:val="000000" w:themeColor="text1"/>
          <w:sz w:val="20"/>
          <w:szCs w:val="20"/>
          <w:lang w:eastAsia="zh-TW"/>
        </w:rPr>
      </w:pPr>
    </w:p>
    <w:p w14:paraId="0EC28B4A" w14:textId="77777777" w:rsidR="00027C33" w:rsidRPr="00900D3B" w:rsidRDefault="00556566">
      <w:pPr>
        <w:spacing w:before="200" w:after="80"/>
        <w:rPr>
          <w:rFonts w:ascii="Times New Roman" w:eastAsia="Songti TC" w:hAnsi="Times New Roman" w:cs="Times New Roman"/>
          <w:color w:val="000000" w:themeColor="text1"/>
          <w:sz w:val="20"/>
          <w:szCs w:val="20"/>
        </w:rPr>
      </w:pPr>
      <w:r w:rsidRPr="00900D3B">
        <w:rPr>
          <w:rFonts w:ascii="Times New Roman" w:eastAsia="Songti TC" w:hAnsi="Times New Roman" w:cs="Times New Roman"/>
          <w:b/>
          <w:color w:val="000000" w:themeColor="text1"/>
          <w:sz w:val="20"/>
          <w:szCs w:val="20"/>
        </w:rPr>
        <w:t>全體參賽成員簽署：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027C33" w:rsidRPr="00900D3B" w14:paraId="737B0E2C" w14:textId="77777777">
        <w:trPr>
          <w:jc w:val="center"/>
        </w:trPr>
        <w:tc>
          <w:tcPr>
            <w:tcW w:w="2340" w:type="dxa"/>
            <w:shd w:val="clear" w:color="auto" w:fill="F2F4F7"/>
          </w:tcPr>
          <w:p w14:paraId="5866496F" w14:textId="77777777" w:rsidR="00027C33" w:rsidRPr="00900D3B" w:rsidRDefault="00556566">
            <w:pPr>
              <w:jc w:val="center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</w:pPr>
            <w:r w:rsidRPr="00900D3B">
              <w:rPr>
                <w:rFonts w:ascii="Times New Roman" w:eastAsia="Songti TC" w:hAnsi="Times New Roman" w:cs="Times New Roman"/>
                <w:b/>
                <w:color w:val="000000" w:themeColor="text1"/>
                <w:sz w:val="20"/>
                <w:szCs w:val="20"/>
              </w:rPr>
              <w:t>隊長簽署</w:t>
            </w:r>
          </w:p>
        </w:tc>
        <w:tc>
          <w:tcPr>
            <w:tcW w:w="2340" w:type="dxa"/>
            <w:shd w:val="clear" w:color="auto" w:fill="F2F4F7"/>
          </w:tcPr>
          <w:p w14:paraId="671BFFF6" w14:textId="77777777" w:rsidR="00027C33" w:rsidRPr="00900D3B" w:rsidRDefault="00556566">
            <w:pPr>
              <w:jc w:val="center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</w:pPr>
            <w:r w:rsidRPr="00900D3B">
              <w:rPr>
                <w:rFonts w:ascii="Times New Roman" w:eastAsia="Songti TC" w:hAnsi="Times New Roman" w:cs="Times New Roman"/>
                <w:b/>
                <w:color w:val="000000" w:themeColor="text1"/>
                <w:sz w:val="20"/>
                <w:szCs w:val="20"/>
              </w:rPr>
              <w:t>隊員一簽署</w:t>
            </w:r>
          </w:p>
        </w:tc>
        <w:tc>
          <w:tcPr>
            <w:tcW w:w="2340" w:type="dxa"/>
            <w:shd w:val="clear" w:color="auto" w:fill="F2F4F7"/>
          </w:tcPr>
          <w:p w14:paraId="38377C00" w14:textId="77777777" w:rsidR="00027C33" w:rsidRPr="00900D3B" w:rsidRDefault="00556566">
            <w:pPr>
              <w:jc w:val="center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</w:pPr>
            <w:r w:rsidRPr="00900D3B">
              <w:rPr>
                <w:rFonts w:ascii="Times New Roman" w:eastAsia="Songti TC" w:hAnsi="Times New Roman" w:cs="Times New Roman"/>
                <w:b/>
                <w:color w:val="000000" w:themeColor="text1"/>
                <w:sz w:val="20"/>
                <w:szCs w:val="20"/>
              </w:rPr>
              <w:t>隊員二簽署</w:t>
            </w:r>
          </w:p>
        </w:tc>
        <w:tc>
          <w:tcPr>
            <w:tcW w:w="2340" w:type="dxa"/>
            <w:shd w:val="clear" w:color="auto" w:fill="F2F4F7"/>
          </w:tcPr>
          <w:p w14:paraId="439CDA9A" w14:textId="77777777" w:rsidR="00027C33" w:rsidRPr="00900D3B" w:rsidRDefault="00556566">
            <w:pPr>
              <w:jc w:val="center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</w:pPr>
            <w:r w:rsidRPr="00900D3B">
              <w:rPr>
                <w:rFonts w:ascii="Times New Roman" w:eastAsia="Songti TC" w:hAnsi="Times New Roman" w:cs="Times New Roman"/>
                <w:b/>
                <w:color w:val="000000" w:themeColor="text1"/>
                <w:sz w:val="20"/>
                <w:szCs w:val="20"/>
              </w:rPr>
              <w:t>隊員三</w:t>
            </w:r>
            <w:r w:rsidRPr="00900D3B">
              <w:rPr>
                <w:rFonts w:ascii="Times New Roman" w:eastAsia="Songti TC" w:hAnsi="Times New Roman" w:cs="Times New Roman"/>
                <w:b/>
                <w:color w:val="000000" w:themeColor="text1"/>
                <w:sz w:val="20"/>
                <w:szCs w:val="20"/>
              </w:rPr>
              <w:t>/</w:t>
            </w:r>
            <w:r w:rsidRPr="00900D3B">
              <w:rPr>
                <w:rFonts w:ascii="Times New Roman" w:eastAsia="Songti TC" w:hAnsi="Times New Roman" w:cs="Times New Roman"/>
                <w:b/>
                <w:color w:val="000000" w:themeColor="text1"/>
                <w:sz w:val="20"/>
                <w:szCs w:val="20"/>
              </w:rPr>
              <w:t>四簽署</w:t>
            </w:r>
          </w:p>
        </w:tc>
      </w:tr>
      <w:tr w:rsidR="00027C33" w:rsidRPr="00900D3B" w14:paraId="62BAE346" w14:textId="77777777">
        <w:trPr>
          <w:jc w:val="center"/>
        </w:trPr>
        <w:tc>
          <w:tcPr>
            <w:tcW w:w="2340" w:type="dxa"/>
          </w:tcPr>
          <w:p w14:paraId="52DBB215" w14:textId="77777777" w:rsidR="00027C33" w:rsidRPr="00900D3B" w:rsidRDefault="00556566">
            <w:pPr>
              <w:jc w:val="center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</w:pP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簽署：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______________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日期：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2026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年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月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2340" w:type="dxa"/>
          </w:tcPr>
          <w:p w14:paraId="514BB275" w14:textId="77777777" w:rsidR="00027C33" w:rsidRPr="00900D3B" w:rsidRDefault="00556566">
            <w:pPr>
              <w:jc w:val="center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</w:pP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簽署：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______________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日期：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2026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年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月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2340" w:type="dxa"/>
          </w:tcPr>
          <w:p w14:paraId="600A22BF" w14:textId="77777777" w:rsidR="00027C33" w:rsidRPr="00900D3B" w:rsidRDefault="00556566">
            <w:pPr>
              <w:jc w:val="center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</w:pP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簽署：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______________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日期：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2026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年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月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2340" w:type="dxa"/>
          </w:tcPr>
          <w:p w14:paraId="7FE3D6F8" w14:textId="77777777" w:rsidR="00027C33" w:rsidRPr="00900D3B" w:rsidRDefault="00556566">
            <w:pPr>
              <w:jc w:val="center"/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</w:pP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簽署：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______________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日期：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2026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年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月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00D3B">
              <w:rPr>
                <w:rFonts w:ascii="Times New Roman" w:eastAsia="Songti TC" w:hAnsi="Times New Roman" w:cs="Times New Roman"/>
                <w:color w:val="000000" w:themeColor="text1"/>
                <w:sz w:val="20"/>
                <w:szCs w:val="20"/>
              </w:rPr>
              <w:t>日</w:t>
            </w:r>
          </w:p>
        </w:tc>
      </w:tr>
    </w:tbl>
    <w:p w14:paraId="36ADE5F2" w14:textId="77777777" w:rsidR="00027C33" w:rsidRPr="00900D3B" w:rsidRDefault="00027C33">
      <w:pPr>
        <w:spacing w:after="120"/>
        <w:rPr>
          <w:rFonts w:ascii="Times New Roman" w:eastAsia="Songti TC" w:hAnsi="Times New Roman" w:cs="Times New Roman"/>
          <w:color w:val="000000" w:themeColor="text1"/>
          <w:sz w:val="20"/>
          <w:szCs w:val="20"/>
        </w:rPr>
      </w:pPr>
    </w:p>
    <w:p w14:paraId="43E150A2" w14:textId="77777777" w:rsidR="000F17D3" w:rsidRPr="00900D3B" w:rsidRDefault="000F17D3">
      <w:pPr>
        <w:rPr>
          <w:rFonts w:ascii="Times New Roman" w:eastAsia="Songti TC" w:hAnsi="Times New Roman" w:cs="Times New Roman"/>
          <w:color w:val="000000" w:themeColor="text1"/>
          <w:sz w:val="20"/>
          <w:szCs w:val="20"/>
          <w:lang w:eastAsia="zh-TW"/>
        </w:rPr>
      </w:pPr>
    </w:p>
    <w:sectPr w:rsidR="000F17D3" w:rsidRPr="00900D3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ongti TC">
    <w:altName w:val="Malgun Gothic Semilight"/>
    <w:charset w:val="88"/>
    <w:family w:val="auto"/>
    <w:pitch w:val="variable"/>
    <w:sig w:usb0="00000287" w:usb1="080F0000" w:usb2="00000010" w:usb3="00000000" w:csb0="001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0F"/>
    <w:rsid w:val="00027C33"/>
    <w:rsid w:val="00034616"/>
    <w:rsid w:val="0006063C"/>
    <w:rsid w:val="000F17D3"/>
    <w:rsid w:val="00113BBF"/>
    <w:rsid w:val="0015074B"/>
    <w:rsid w:val="0029639D"/>
    <w:rsid w:val="00317A16"/>
    <w:rsid w:val="00326F90"/>
    <w:rsid w:val="0034000F"/>
    <w:rsid w:val="00556566"/>
    <w:rsid w:val="00900D3B"/>
    <w:rsid w:val="009A2EA2"/>
    <w:rsid w:val="00AA1D8D"/>
    <w:rsid w:val="00AD7B3F"/>
    <w:rsid w:val="00B47730"/>
    <w:rsid w:val="00CB0664"/>
    <w:rsid w:val="00F50E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F4885C"/>
  <w14:defaultImageDpi w14:val="300"/>
  <w15:docId w15:val="{D0C36C8A-C02F-464B-839D-99C427865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5FDD71-829B-4D07-B3DA-BCA0D5C6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Ao Ieong</dc:creator>
  <cp:keywords/>
  <dc:description>generated by python-docx</dc:description>
  <cp:lastModifiedBy>Fassy Lai</cp:lastModifiedBy>
  <cp:revision>3</cp:revision>
  <dcterms:created xsi:type="dcterms:W3CDTF">2026-10-07T00:45:00Z</dcterms:created>
  <dcterms:modified xsi:type="dcterms:W3CDTF">2026-10-13T09:18:00Z</dcterms:modified>
  <cp:category/>
</cp:coreProperties>
</file>