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F3480" w14:textId="6B8673EE" w:rsidR="00027C33" w:rsidRPr="00D40A00" w:rsidRDefault="00DD1FA7" w:rsidP="00900D3B">
      <w:pPr>
        <w:spacing w:after="80"/>
        <w:jc w:val="center"/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 w:rsidRPr="00D40A00"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t>澳門社區行動方案創新大賽</w:t>
      </w:r>
      <w:r w:rsidRPr="00D40A00"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br/>
        <w:t>中學組</w:t>
      </w:r>
      <w:r w:rsidR="00900D3B" w:rsidRPr="00D40A00"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t>報名表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027C33" w:rsidRPr="00D40A00" w14:paraId="5B8C4128" w14:textId="77777777">
        <w:trPr>
          <w:jc w:val="center"/>
        </w:trPr>
        <w:tc>
          <w:tcPr>
            <w:tcW w:w="9360" w:type="dxa"/>
            <w:tcBorders>
              <w:left w:val="single" w:sz="24" w:space="0" w:color="003366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63DE140" w14:textId="77777777" w:rsidR="00027C33" w:rsidRPr="00D40A00" w:rsidRDefault="00DD1FA7" w:rsidP="00E52056">
            <w:pPr>
              <w:spacing w:before="40" w:after="40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【填表須知】</w:t>
            </w:r>
          </w:p>
          <w:p w14:paraId="7EF72A6A" w14:textId="4C91A3B6" w:rsidR="00027C33" w:rsidRPr="00D40A00" w:rsidRDefault="00DD1FA7" w:rsidP="00E52056">
            <w:pPr>
              <w:spacing w:before="40" w:after="40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1. 參賽者須以小組形式報名，每組人數為2至5</w:t>
            </w:r>
            <w:r w:rsidR="00E52056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人，可跨校組隊。每隊須指定一名隊長作為主要聯絡人</w:t>
            </w:r>
            <w:r w:rsidR="00E52056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；</w:t>
            </w:r>
          </w:p>
          <w:p w14:paraId="6B23205D" w14:textId="0FA3619A" w:rsidR="00027C33" w:rsidRPr="00D40A00" w:rsidRDefault="00DD1FA7" w:rsidP="00E52056">
            <w:pPr>
              <w:spacing w:before="40" w:after="40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 xml:space="preserve">2. 參賽資格：須為澳門居民，且於 2026/2027 </w:t>
            </w:r>
            <w:r w:rsidR="00E52056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學年在本澳中學就讀之學生</w:t>
            </w:r>
            <w:r w:rsidR="00E52056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；</w:t>
            </w:r>
          </w:p>
          <w:p w14:paraId="3D9D735E" w14:textId="3BB7076E" w:rsidR="00027C33" w:rsidRPr="00D40A00" w:rsidRDefault="00DD1FA7" w:rsidP="00E52056">
            <w:pPr>
              <w:spacing w:before="40" w:after="40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 xml:space="preserve">3. </w:t>
            </w:r>
            <w:r w:rsid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截止日期：</w:t>
            </w: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 xml:space="preserve"> 2026 年 10 月 23 日下午 6 </w:t>
            </w:r>
            <w:r w:rsidR="00E52056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時止</w:t>
            </w:r>
            <w:r w:rsidR="00E52056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；</w:t>
            </w:r>
          </w:p>
          <w:p w14:paraId="5C5FA00F" w14:textId="28FA0237" w:rsidR="00027C33" w:rsidRPr="00D40A00" w:rsidRDefault="00DD1FA7" w:rsidP="00E52056">
            <w:pPr>
              <w:spacing w:before="40" w:after="40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 xml:space="preserve">4. </w:t>
            </w:r>
            <w:r w:rsidR="00B5358D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遞交方式：請將填妥之報名表</w:t>
            </w:r>
            <w:r w:rsidR="00B5358D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HK"/>
              </w:rPr>
              <w:t>電郵至</w:t>
            </w:r>
            <w:r w:rsidR="00B5358D" w:rsidRPr="00B5358D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commuaction2026@gmail.com</w:t>
            </w:r>
            <w:r w:rsidRPr="00D40A00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。</w:t>
            </w:r>
          </w:p>
        </w:tc>
      </w:tr>
    </w:tbl>
    <w:p w14:paraId="2850987F" w14:textId="273494F1" w:rsidR="00027C33" w:rsidRPr="00D40A00" w:rsidRDefault="00E52056">
      <w:pPr>
        <w:keepNext/>
        <w:spacing w:before="320" w:after="120"/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t>一、隊伍及參賽議題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2880"/>
        <w:gridCol w:w="1728"/>
        <w:gridCol w:w="2880"/>
      </w:tblGrid>
      <w:tr w:rsidR="00027C33" w:rsidRPr="00D40A00" w14:paraId="6A8CA366" w14:textId="77777777" w:rsidTr="006E1961">
        <w:trPr>
          <w:trHeight w:val="113"/>
          <w:jc w:val="center"/>
        </w:trPr>
        <w:tc>
          <w:tcPr>
            <w:tcW w:w="1872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F70F56" w14:textId="39E60E94" w:rsidR="00027C33" w:rsidRPr="00D40A00" w:rsidRDefault="00DD1FA7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隊伍名稱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142FDB" w14:textId="77777777" w:rsidR="00027C33" w:rsidRPr="00D40A00" w:rsidRDefault="00027C33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7CC7B1" w14:textId="77777777" w:rsidR="00027C33" w:rsidRPr="00D40A00" w:rsidRDefault="00DD1FA7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參賽組別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0590B1" w14:textId="77777777" w:rsidR="00027C33" w:rsidRPr="00D40A00" w:rsidRDefault="00DD1FA7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  <w:t>中學組</w:t>
            </w:r>
          </w:p>
        </w:tc>
      </w:tr>
      <w:tr w:rsidR="00027C33" w:rsidRPr="00D40A00" w14:paraId="018789D6" w14:textId="77777777" w:rsidTr="006E1961">
        <w:trPr>
          <w:trHeight w:val="113"/>
          <w:jc w:val="center"/>
        </w:trPr>
        <w:tc>
          <w:tcPr>
            <w:tcW w:w="1872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657CBD" w14:textId="49CA09E7" w:rsidR="00027C33" w:rsidRPr="00D40A00" w:rsidRDefault="00D40A00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選擇</w:t>
            </w:r>
            <w:r w:rsidR="00DD1FA7"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議題</w:t>
            </w:r>
            <w:r w:rsidRPr="00D40A00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7488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64D2CC" w14:textId="6181DF98" w:rsidR="00D40A00" w:rsidRPr="00D40A00" w:rsidRDefault="00D40A00" w:rsidP="00D40A00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□</w:t>
            </w:r>
            <w:r w:rsidR="00E52056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Pr="00D40A00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都市更新與社區活力（街市活化、舊區活化）</w:t>
            </w:r>
          </w:p>
          <w:p w14:paraId="6CF7B50C" w14:textId="6194B49C" w:rsidR="00D40A00" w:rsidRPr="00D40A00" w:rsidRDefault="00D40A00" w:rsidP="00D40A00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□ 文化傳承與社區共融（澳門非遺、社區長者服務）</w:t>
            </w:r>
          </w:p>
          <w:p w14:paraId="406F1BBA" w14:textId="07F910A4" w:rsidR="00027C33" w:rsidRPr="00D40A00" w:rsidRDefault="00D40A00" w:rsidP="00D40A00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□ 智慧旅遊與城市承載力（低空經濟、旅遊承載力）</w:t>
            </w:r>
          </w:p>
        </w:tc>
      </w:tr>
      <w:tr w:rsidR="00900D3B" w:rsidRPr="00D40A00" w14:paraId="780C9AB4" w14:textId="77777777" w:rsidTr="006E1961">
        <w:trPr>
          <w:trHeight w:val="113"/>
          <w:jc w:val="center"/>
        </w:trPr>
        <w:tc>
          <w:tcPr>
            <w:tcW w:w="1872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BF935C" w14:textId="66EAADFE" w:rsidR="00900D3B" w:rsidRPr="00D40A00" w:rsidRDefault="00900D3B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作品名稱</w:t>
            </w:r>
          </w:p>
        </w:tc>
        <w:tc>
          <w:tcPr>
            <w:tcW w:w="7488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24B3A6" w14:textId="598C08EC" w:rsidR="00900D3B" w:rsidRPr="00D40A00" w:rsidRDefault="00900D3B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027C33" w:rsidRPr="00D40A00" w14:paraId="6ED7CC5A" w14:textId="77777777" w:rsidTr="006E1961">
        <w:trPr>
          <w:trHeight w:val="113"/>
          <w:jc w:val="center"/>
        </w:trPr>
        <w:tc>
          <w:tcPr>
            <w:tcW w:w="1872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97DC76" w14:textId="547A33D7" w:rsidR="00027C33" w:rsidRPr="00D40A00" w:rsidRDefault="00DD1FA7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指導老師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F15D7A" w14:textId="698F433B" w:rsidR="00027C33" w:rsidRPr="00D40A00" w:rsidRDefault="00027C33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9BFD83" w14:textId="2D8433CF" w:rsidR="00027C33" w:rsidRPr="00D40A00" w:rsidRDefault="00E52056" w:rsidP="00E52056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E52056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</w:rPr>
              <w:t>聯繫</w:t>
            </w:r>
            <w:r w:rsidR="00DD1FA7"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電話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5995E2" w14:textId="77777777" w:rsidR="00027C33" w:rsidRPr="00D40A00" w:rsidRDefault="00027C33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7C77CF2" w14:textId="392BF5CE" w:rsidR="00900D3B" w:rsidRPr="00D40A00" w:rsidRDefault="00D40A00">
      <w:pPr>
        <w:spacing w:after="120"/>
        <w:rPr>
          <w:rFonts w:ascii="新細明體" w:eastAsia="新細明體" w:hAnsi="新細明體" w:cs="Times New Roman"/>
          <w:color w:val="000000" w:themeColor="text1"/>
          <w:sz w:val="20"/>
          <w:szCs w:val="20"/>
          <w:lang w:eastAsia="zh-TW"/>
        </w:rPr>
      </w:pP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TW"/>
        </w:rPr>
        <w:t>*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HK"/>
        </w:rPr>
        <w:t>每個議題有兩個方向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TW"/>
        </w:rPr>
        <w:t>，參賽隊伍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HK"/>
        </w:rPr>
        <w:t>只可以選擇</w:t>
      </w:r>
      <w:r w:rsidR="00E52056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HK"/>
        </w:rPr>
        <w:t>一個議題中的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HK"/>
        </w:rPr>
        <w:t>其中一個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TW"/>
        </w:rPr>
        <w:t>方向，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HK"/>
        </w:rPr>
        <w:t>詳見章程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TW"/>
        </w:rPr>
        <w:t>。</w:t>
      </w:r>
    </w:p>
    <w:p w14:paraId="6B115176" w14:textId="6B617577" w:rsidR="00027C33" w:rsidRPr="00D40A00" w:rsidRDefault="00900D3B" w:rsidP="00900D3B">
      <w:pPr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 w:rsidRPr="00D40A00"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t>二、參賽成員資料</w:t>
      </w:r>
    </w:p>
    <w:p w14:paraId="126F1E3F" w14:textId="77777777" w:rsidR="00027C33" w:rsidRPr="00D40A00" w:rsidRDefault="00DD1FA7">
      <w:pPr>
        <w:keepNext/>
        <w:spacing w:before="160" w:after="80"/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 w:rsidRPr="00D40A00"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t>【隊長資料】 (主要聯絡人)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2880"/>
        <w:gridCol w:w="1872"/>
        <w:gridCol w:w="2880"/>
      </w:tblGrid>
      <w:tr w:rsidR="00027C33" w:rsidRPr="00D40A00" w14:paraId="60A7BDF4" w14:textId="77777777" w:rsidTr="006E1961">
        <w:trPr>
          <w:trHeight w:val="113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80C76" w14:textId="2F2755A8" w:rsidR="00027C33" w:rsidRPr="00D40A00" w:rsidRDefault="00DD1FA7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中文姓名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32DFD7" w14:textId="77777777" w:rsidR="00027C33" w:rsidRPr="00D40A00" w:rsidRDefault="00027C33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1EDD5" w14:textId="0590D848" w:rsidR="00027C33" w:rsidRPr="00D40A00" w:rsidRDefault="006E1961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就讀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年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級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DDD18" w14:textId="77777777" w:rsidR="00027C33" w:rsidRPr="00D40A00" w:rsidRDefault="00027C33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  <w:tr w:rsidR="00027C33" w:rsidRPr="00D40A00" w14:paraId="03D22FF7" w14:textId="77777777" w:rsidTr="006E1961">
        <w:trPr>
          <w:trHeight w:val="113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7E6E1A" w14:textId="52CC40F6" w:rsidR="00027C33" w:rsidRPr="00E52056" w:rsidRDefault="00E52056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E52056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</w:rPr>
              <w:t>聯繫</w:t>
            </w:r>
            <w:r w:rsidRPr="00E52056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電話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29871" w14:textId="77777777" w:rsidR="00027C33" w:rsidRPr="00D40A00" w:rsidRDefault="00027C33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AED4FB" w14:textId="145EBB26" w:rsidR="00027C33" w:rsidRPr="00E52056" w:rsidRDefault="00E52056" w:rsidP="00D40A00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 w:rsidRPr="00E52056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電郵</w:t>
            </w:r>
            <w:r w:rsidRPr="00E52056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地址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2D884A" w14:textId="3722337C" w:rsidR="00027C33" w:rsidRPr="00D40A00" w:rsidRDefault="00027C33" w:rsidP="00D40A00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4B4BD77" w14:textId="4B6E7D1C" w:rsidR="00E52056" w:rsidRPr="00D40A00" w:rsidRDefault="00E52056" w:rsidP="00E52056">
      <w:pPr>
        <w:keepNext/>
        <w:spacing w:before="160" w:after="80"/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>
        <w:rPr>
          <w:rFonts w:ascii="新細明體" w:eastAsia="新細明體" w:hAnsi="新細明體" w:cs="Times New Roman"/>
          <w:b/>
          <w:color w:val="000000" w:themeColor="text1"/>
          <w:sz w:val="24"/>
          <w:szCs w:val="24"/>
        </w:rPr>
        <w:t>【隊員</w:t>
      </w:r>
      <w:r w:rsidRPr="00D40A00">
        <w:rPr>
          <w:rFonts w:ascii="新細明體" w:eastAsia="新細明體" w:hAnsi="新細明體" w:cs="Times New Roman"/>
          <w:b/>
          <w:color w:val="000000" w:themeColor="text1"/>
          <w:sz w:val="24"/>
          <w:szCs w:val="24"/>
        </w:rPr>
        <w:t xml:space="preserve">資料】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2880"/>
        <w:gridCol w:w="1872"/>
        <w:gridCol w:w="2880"/>
      </w:tblGrid>
      <w:tr w:rsidR="00E52056" w:rsidRPr="00D40A00" w14:paraId="3FF6AEBC" w14:textId="77777777" w:rsidTr="00600E49">
        <w:trPr>
          <w:trHeight w:val="170"/>
          <w:jc w:val="center"/>
        </w:trPr>
        <w:tc>
          <w:tcPr>
            <w:tcW w:w="9360" w:type="dxa"/>
            <w:gridSpan w:val="4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77409C" w14:textId="488F56AA" w:rsidR="00E52056" w:rsidRPr="00E52056" w:rsidRDefault="00E52056" w:rsidP="00AE0714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 w:rsidRPr="00E52056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隊員一</w:t>
            </w:r>
          </w:p>
        </w:tc>
      </w:tr>
      <w:tr w:rsidR="00E52056" w:rsidRPr="00D40A00" w14:paraId="198691DB" w14:textId="77777777" w:rsidTr="00AE0714">
        <w:trPr>
          <w:trHeight w:val="170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A4B1E" w14:textId="77777777" w:rsidR="00E52056" w:rsidRPr="00D40A00" w:rsidRDefault="00E52056" w:rsidP="00AE0714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中文姓名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0C286" w14:textId="77777777" w:rsidR="00E52056" w:rsidRPr="00D40A00" w:rsidRDefault="00E52056" w:rsidP="00AE0714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355A3" w14:textId="77777777" w:rsidR="00E52056" w:rsidRDefault="00E52056" w:rsidP="00AE0714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就讀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年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級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92893" w14:textId="77777777" w:rsidR="00E52056" w:rsidRPr="00D40A00" w:rsidRDefault="00E52056" w:rsidP="00AE0714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  <w:tr w:rsidR="00E52056" w:rsidRPr="00D40A00" w14:paraId="42BA92C5" w14:textId="77777777" w:rsidTr="00F8044C">
        <w:trPr>
          <w:trHeight w:val="170"/>
          <w:jc w:val="center"/>
        </w:trPr>
        <w:tc>
          <w:tcPr>
            <w:tcW w:w="9360" w:type="dxa"/>
            <w:gridSpan w:val="4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B02650" w14:textId="09AAD40D" w:rsidR="00E52056" w:rsidRPr="00E52056" w:rsidRDefault="00E52056" w:rsidP="00AE0714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 w:rsidRPr="00E52056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隊員二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(</w:t>
            </w: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倘有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)</w:t>
            </w:r>
          </w:p>
        </w:tc>
      </w:tr>
      <w:tr w:rsidR="00E52056" w:rsidRPr="00D40A00" w14:paraId="0D3E266D" w14:textId="77777777" w:rsidTr="00AE0714">
        <w:trPr>
          <w:trHeight w:val="170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B17F52" w14:textId="311C8811" w:rsidR="00E52056" w:rsidRDefault="00E52056" w:rsidP="00E5205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中文姓名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E58FD" w14:textId="77777777" w:rsidR="00E52056" w:rsidRPr="00D40A00" w:rsidRDefault="00E52056" w:rsidP="00E5205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8A07A" w14:textId="2E9CC3AD" w:rsidR="00E52056" w:rsidRDefault="00E52056" w:rsidP="00E5205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就讀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年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級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11357E" w14:textId="77777777" w:rsidR="00E52056" w:rsidRPr="00D40A00" w:rsidRDefault="00E52056" w:rsidP="00E5205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  <w:tr w:rsidR="00E52056" w:rsidRPr="00D40A00" w14:paraId="20E8CC39" w14:textId="77777777" w:rsidTr="00855457">
        <w:trPr>
          <w:trHeight w:val="170"/>
          <w:jc w:val="center"/>
        </w:trPr>
        <w:tc>
          <w:tcPr>
            <w:tcW w:w="9360" w:type="dxa"/>
            <w:gridSpan w:val="4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B848C" w14:textId="69F6EACD" w:rsidR="00E52056" w:rsidRPr="00D40A00" w:rsidRDefault="00E52056" w:rsidP="00AE0714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E52056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lastRenderedPageBreak/>
              <w:t>隊員</w:t>
            </w: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三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(</w:t>
            </w: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倘有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)</w:t>
            </w:r>
          </w:p>
        </w:tc>
      </w:tr>
      <w:tr w:rsidR="00E52056" w:rsidRPr="00D40A00" w14:paraId="2AFC20E7" w14:textId="77777777" w:rsidTr="00AE0714">
        <w:trPr>
          <w:trHeight w:val="170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9C7BC4" w14:textId="5C8D4EE9" w:rsidR="00E52056" w:rsidRDefault="00E52056" w:rsidP="00E5205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中文姓名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44D83B" w14:textId="77777777" w:rsidR="00E52056" w:rsidRPr="00D40A00" w:rsidRDefault="00E52056" w:rsidP="00E5205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283AF4" w14:textId="34191B62" w:rsidR="00E52056" w:rsidRDefault="00E52056" w:rsidP="00E5205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就讀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年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級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6A95A9" w14:textId="77777777" w:rsidR="00E52056" w:rsidRPr="00D40A00" w:rsidRDefault="00E52056" w:rsidP="00E5205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  <w:tr w:rsidR="00E52056" w:rsidRPr="00D40A00" w14:paraId="634782A1" w14:textId="77777777" w:rsidTr="006F5FFB">
        <w:trPr>
          <w:trHeight w:val="170"/>
          <w:jc w:val="center"/>
        </w:trPr>
        <w:tc>
          <w:tcPr>
            <w:tcW w:w="9360" w:type="dxa"/>
            <w:gridSpan w:val="4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D3218" w14:textId="768A761D" w:rsidR="00E52056" w:rsidRPr="00D40A00" w:rsidRDefault="00E52056" w:rsidP="00AE0714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E52056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隊員</w:t>
            </w: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四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(</w:t>
            </w: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倘有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)</w:t>
            </w:r>
          </w:p>
        </w:tc>
      </w:tr>
      <w:tr w:rsidR="00E52056" w:rsidRPr="00D40A00" w14:paraId="0FACB632" w14:textId="77777777" w:rsidTr="00AE0714">
        <w:trPr>
          <w:trHeight w:val="170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9711E" w14:textId="7417CA2D" w:rsidR="00E52056" w:rsidRDefault="00E52056" w:rsidP="00E5205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中文姓名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56DD5" w14:textId="77777777" w:rsidR="00E52056" w:rsidRPr="00D40A00" w:rsidRDefault="00E52056" w:rsidP="00E5205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C3475D" w14:textId="4FB41AA1" w:rsidR="00E52056" w:rsidRDefault="00E52056" w:rsidP="00E5205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就讀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年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級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95A376" w14:textId="77777777" w:rsidR="00E52056" w:rsidRPr="00D40A00" w:rsidRDefault="00E52056" w:rsidP="00E5205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9F18E24" w14:textId="4A6B569E" w:rsidR="00027C33" w:rsidRPr="006E1961" w:rsidRDefault="00027C33" w:rsidP="00900D3B">
      <w:pPr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</w:pPr>
    </w:p>
    <w:p w14:paraId="6CD63C7B" w14:textId="55BF165F" w:rsidR="00027C33" w:rsidRPr="00D40A00" w:rsidRDefault="00E52056">
      <w:pPr>
        <w:keepNext/>
        <w:spacing w:before="320" w:after="120"/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t>三、參賽聲明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027C33" w:rsidRPr="00D40A00" w14:paraId="50B5486A" w14:textId="77777777">
        <w:trPr>
          <w:jc w:val="center"/>
        </w:trPr>
        <w:tc>
          <w:tcPr>
            <w:tcW w:w="9360" w:type="dxa"/>
            <w:tcBorders>
              <w:left w:val="single" w:sz="24" w:space="0" w:color="D9822B"/>
            </w:tcBorders>
            <w:shd w:val="clear" w:color="auto" w:fill="FAF8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1DB1C8A" w14:textId="591A00AD" w:rsidR="00027C33" w:rsidRPr="00D40A00" w:rsidRDefault="00DD1FA7" w:rsidP="00E52056">
            <w:pPr>
              <w:spacing w:before="40" w:after="40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1. 本隊保證上述填報之所有資料均屬實無誤，且提交之初賽</w:t>
            </w:r>
            <w:r w:rsidR="00E52056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及決賽方案均為原創作品，絕無抄襲、剽竊或侵犯他人知識產權之行為</w:t>
            </w:r>
            <w:r w:rsidR="00E52056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；</w:t>
            </w:r>
          </w:p>
          <w:p w14:paraId="7DE2BC83" w14:textId="617A6F1E" w:rsidR="00027C33" w:rsidRPr="00D40A00" w:rsidRDefault="00DD1FA7" w:rsidP="00E52056">
            <w:pPr>
              <w:spacing w:before="40" w:after="40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2. 本隊已充分閱讀、理解並同</w:t>
            </w:r>
            <w:r w:rsidR="00E52056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意遵守《澳門社區行動方案創新大賽》活動章程之全部條款及評審規則</w:t>
            </w:r>
            <w:r w:rsidR="00E52056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；</w:t>
            </w:r>
          </w:p>
          <w:p w14:paraId="7E66DA75" w14:textId="04951A8E" w:rsidR="00027C33" w:rsidRPr="00D40A00" w:rsidRDefault="00DD1FA7" w:rsidP="00E52056">
            <w:pPr>
              <w:spacing w:before="40" w:after="40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3. 本隊同意主辦單位（澳門中華學</w:t>
            </w:r>
            <w:r w:rsidR="00E52056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生聯合總會）保留對參賽方案之編輯、宣傳、出版、展覽及推廣使用權</w:t>
            </w:r>
            <w:r w:rsidR="00E52056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；</w:t>
            </w:r>
          </w:p>
          <w:p w14:paraId="4AD7B7DC" w14:textId="54A30353" w:rsidR="00027C33" w:rsidRPr="00D40A00" w:rsidRDefault="00DD1FA7" w:rsidP="00E52056">
            <w:pPr>
              <w:spacing w:before="40" w:after="40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4. 本隊明白並同意個人資料將按第8/2005號法律《個人資料保護法》處理，僅用於本活動聯絡、記錄及資助單位核實之用。</w:t>
            </w:r>
          </w:p>
        </w:tc>
      </w:tr>
    </w:tbl>
    <w:p w14:paraId="1883A19E" w14:textId="62F21517" w:rsidR="00E52056" w:rsidRPr="00D40A00" w:rsidRDefault="00E52056">
      <w:pPr>
        <w:spacing w:after="120"/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 w:rsidRPr="00E52056">
        <w:rPr>
          <w:rFonts w:ascii="新細明體" w:eastAsia="新細明體" w:hAnsi="新細明體" w:cs="Times New Roman" w:hint="eastAsia"/>
          <w:color w:val="000000" w:themeColor="text1"/>
          <w:sz w:val="24"/>
          <w:szCs w:val="24"/>
          <w:lang w:eastAsia="zh-TW"/>
        </w:rPr>
        <w:t>□</w:t>
      </w:r>
      <w:r>
        <w:rPr>
          <w:rFonts w:ascii="新細明體" w:eastAsia="新細明體" w:hAnsi="新細明體" w:cs="Times New Roman" w:hint="eastAsia"/>
          <w:color w:val="000000" w:themeColor="text1"/>
          <w:sz w:val="24"/>
          <w:szCs w:val="24"/>
          <w:lang w:eastAsia="zh-HK"/>
        </w:rPr>
        <w:t>本隊全體參賽成員</w:t>
      </w:r>
      <w:r w:rsidRPr="00E52056">
        <w:rPr>
          <w:rFonts w:ascii="新細明體" w:eastAsia="新細明體" w:hAnsi="新細明體" w:cs="Times New Roman" w:hint="eastAsia"/>
          <w:color w:val="000000" w:themeColor="text1"/>
          <w:sz w:val="24"/>
          <w:szCs w:val="24"/>
          <w:lang w:eastAsia="zh-TW"/>
        </w:rPr>
        <w:t>已詳閱並同意上述條款及細則</w:t>
      </w:r>
      <w:r>
        <w:rPr>
          <w:rFonts w:ascii="新細明體" w:eastAsia="新細明體" w:hAnsi="新細明體" w:cs="Times New Roman" w:hint="eastAsia"/>
          <w:color w:val="000000" w:themeColor="text1"/>
          <w:sz w:val="24"/>
          <w:szCs w:val="24"/>
          <w:lang w:eastAsia="zh-TW"/>
        </w:rPr>
        <w:t>。</w:t>
      </w:r>
    </w:p>
    <w:sectPr w:rsidR="00E52056" w:rsidRPr="00D40A0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FF4EC8" w14:textId="77777777" w:rsidR="00DD1FA7" w:rsidRDefault="00DD1FA7" w:rsidP="00134695">
      <w:pPr>
        <w:spacing w:after="0" w:line="240" w:lineRule="auto"/>
      </w:pPr>
      <w:r>
        <w:separator/>
      </w:r>
    </w:p>
  </w:endnote>
  <w:endnote w:type="continuationSeparator" w:id="0">
    <w:p w14:paraId="1F027C99" w14:textId="77777777" w:rsidR="00DD1FA7" w:rsidRDefault="00DD1FA7" w:rsidP="00134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174213" w14:textId="77777777" w:rsidR="00DD1FA7" w:rsidRDefault="00DD1FA7" w:rsidP="00134695">
      <w:pPr>
        <w:spacing w:after="0" w:line="240" w:lineRule="auto"/>
      </w:pPr>
      <w:r>
        <w:separator/>
      </w:r>
    </w:p>
  </w:footnote>
  <w:footnote w:type="continuationSeparator" w:id="0">
    <w:p w14:paraId="29D04305" w14:textId="77777777" w:rsidR="00DD1FA7" w:rsidRDefault="00DD1FA7" w:rsidP="00134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7C33"/>
    <w:rsid w:val="00034616"/>
    <w:rsid w:val="0006063C"/>
    <w:rsid w:val="000F17D3"/>
    <w:rsid w:val="00113BBF"/>
    <w:rsid w:val="00134695"/>
    <w:rsid w:val="0015074B"/>
    <w:rsid w:val="0029639D"/>
    <w:rsid w:val="00326F90"/>
    <w:rsid w:val="006E1961"/>
    <w:rsid w:val="00900D3B"/>
    <w:rsid w:val="00AA1D8D"/>
    <w:rsid w:val="00AD7B3F"/>
    <w:rsid w:val="00B47730"/>
    <w:rsid w:val="00B5358D"/>
    <w:rsid w:val="00B772FC"/>
    <w:rsid w:val="00CB0664"/>
    <w:rsid w:val="00D40A00"/>
    <w:rsid w:val="00DD1FA7"/>
    <w:rsid w:val="00E520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11316C7"/>
  <w14:defaultImageDpi w14:val="300"/>
  <w15:docId w15:val="{30048049-E949-3D43-A7E1-5C0B7299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B535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528A32-A884-4219-9A6F-828FE8E94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Fassy Lai</cp:lastModifiedBy>
  <cp:revision>6</cp:revision>
  <dcterms:created xsi:type="dcterms:W3CDTF">2013-12-23T23:15:00Z</dcterms:created>
  <dcterms:modified xsi:type="dcterms:W3CDTF">2026-10-13T08:11:00Z</dcterms:modified>
  <cp:category/>
</cp:coreProperties>
</file>